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שביל הזהב ומשל המלח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המידה הבינונית - שביל הזהב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שגם מידה טובה יכולה להזיק בהגזמה או במיעוט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מידות שיצאו משביל האמצע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 אפשר לאכול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במידה הנכונה, לא בקיצוניות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שביל הזהב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המלח שבכמות גדולה מקלקל את התבשיל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ההיפך - מעט מלח דרוש וטוב, רק לא יותר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מידה לקצה המוגזם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(עקשנות)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(בזבזנות)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(קמצנות)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(פגיעה באחרים)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מידה ויתאר שני קצוות - חוסר וגם הגזמה, ויזהה את האמצע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הגזמה בנתינה יכולה להפוך לבזבזנות או לפגיעה בעצמי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שגם מידה טובה יכולה להזיק בהגזמה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עקשנות מהתמדה או בזבזנות מנתינה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שמדובר בדרך האמצעית, לא בקיצוניות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בהדגמה קצרה עם מלח אמיתי או סיפור על תבשיל מלוח מדי כדי לחבר רגשית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לחשוב על דוגמאות אישיות משלהם ולא רק מהדף, אך לא לחייב שיתוף בפומבי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בדיון פתוח בכיתה על השאלות שבחלק הדיון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שביל הזהב ומשל המלח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לומדים על משל המלח - איך מידה חסרה או מידה מוגזמת יכולה לקלקל, בדיוק כמו מלח בתבשיל. לומדים גם על שביל הזהב - הדרך האמצעית שבה צריך להשתמש במידות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זהב  ·  מלח  ·  שני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לתבשיל אם שמים בו יותר מדי 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נעשה טעים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 אפשר לאכול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נעשה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המשל, מה הדרך הנכונה להשתמש במידות?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תמיד הכי הרבה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תמיד הכי מעט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במידה הנכונה, לא בקיצוניות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נקראת הדרך האמצעית שבין שני הקצוות?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שביל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שביל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דרך הקיצון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המשל, גם מידה טובה יכולה להזיק אם משתמשים בה יותר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הדף אומר שאסור להשתמש במלח בכלל בתבשיל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ירבה __________ - לא יהיה נאכל מחמת מלחו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הדרך הנכונה נקראת שביל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המידה הבינונית היא לא קצה אחד ולא הקצה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מידה לקצה המוגזם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התמדה מוגזמת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פגיעה באחרים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נתינה מוגזמת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קמצנות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חוסר נתינה בכלל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בזבזנות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ביקורתיות קיצונית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עקשנות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מידה טובה (למשל סבלנות, נדיבות או אומץ) וכתבו מה קורה כשיש ממנה מעט מדי, ומה קורה כשיש ממנה יותר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במילים שלכם למה אי אפשר פשוט לומר 'כמה שיותר נתינה - יותר טוב'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כשיש יותר מדי ממידה טובה, גם אם היא מידה טובה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למידה שהפכה לבעייתית בגלל הגזמה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שביל הזהב ומשל המלח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