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שביל הזהב ומשל המלח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רעיון המידה הבינונית - שביל הזהב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שגם מידה טובה יכולה להזיק בהגזמה או במיעוט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מידות שיצאו משביל האמצע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 אפשר לאכול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במידה הנכונה, לא בקיצוניות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שביל הזהב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התמדה שהפכה מוגזמת ולא יודעת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נתינה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המלח שבכמות גדולה מקלקל את התבשיל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ההיפך - מעט מלח דרוש וטוב, רק לא יותר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שביל הזהב הוא האמצע, לא הקצה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עולה מהשאלות לדיון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מידות שצריך הרבה מהן ויש שצריך מעט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גזימה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מידה לקצה המוגזם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(עקשנות)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(בזבזנות)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(קמצנות)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(פגיעה באחרים)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(אובדן עמדה עצמית)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מידה ויתאר שני קצוות - חוסר וגם הגזמה, ויזהה את האמצע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ברוח הדף, אין תשובה אחת נכונה, חשוב שהתלמיד ינמק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הגזמה בנתינה יכולה להפוך לבזבזנות או לפגיעה בעצמי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שגם מידה טובה יכולה להזיק בהגזמה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עקשנות מהתמדה או בזבזנות מנתינה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שמדובר בדרך האמצעית, לא בקיצוניות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בהדגמה קצרה עם מלח אמיתי או סיפור על תבשיל מלוח מדי כדי לחבר רגשית לרעיון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לחשוב על דוגמאות אישיות משלהם ולא רק מהדף, אך לא לחייב שיתוף בפומבי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בדיון פתוח בכיתה על השאלות שבחלק הדיון בדף המקורי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שביל הזהב ומשל המלח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משהו חשוב: גם דבר טוב, אם יש ממנו יותר מדי או פחות מדי, יכול להיות לא טוב. כמו מלח בתבשיל - קצת זה טעים, הרבה זה מקולקל.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שביל הזהב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האמצעית - לא מעט מדי ולא הרבה מדי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של אדם, כמו סבלנות או נדיבות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הגזמה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יותר מדי מדבר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מידה בינונית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המידה הנכונה שנמצאת באמצע, לא בקצה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עקשנות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התמדה מוגזמת שלא יודעת לעצור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קמצנות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חוסר נתינה, ההפך מנדיבות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בזבזנות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נתינה מוגזמת מדי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כשיש יותר מדי מלח בתבשיל?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נעשה טעים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 אפשר לאכול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נעשה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 לא קורה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צריך להשתמש במידות טובות?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הכי הרבה שאפשר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תמיד הכי מעט שאפשר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במידה הנכונה, לא בקיצוניות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להימנע מהן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נקראת הדרך האמצעית שבין שני הקצוות?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שביל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שביל הזהב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דרך הקיצון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דרך האמת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'עקשנות'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מידה טובה שתמיד עוזרת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התמדה שהפכה מוגזמת ולא יודעת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הפך מהתמדה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מידה הוצגה כדוגמה למידה 'במידה הנכונה'?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עקשנות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קמצנות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בזבזנות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המשל, גם מידה טובה יכולה להזיק אם משתמשים בה יותר מדי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הדף אומר שאסור להשתמש במלח בכלל בתבשיל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שביל הזהב הוא הקצה הקיצוני ביותר של 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יכול להיות נדיב מדי עד שזה הופך לבעיה, למשל בזבזנות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הדף, כל מידה דורשת כמות שונה של שימוש, לא כמות אחידה לכולן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ירבה __________ - לא יהיה נאכל מחמת מלחו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הדרך הנכונה נקראת שביל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המידה הבינונית היא לא קצה אחד ולא הקצה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עקשנות היא התמדה שלא יודעת לעצור או ל__________ כיוון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במשחק 'מי הגזים', צריך למצוא מידה טובה שה__________ בשימוש 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מידה לקצה המוגזם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התמדה מוגזמת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קמצנות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נתינה מוגזמת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אובדן עמדה עצמית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חוסר נתינה בכלל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בזבזנות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ביקורתיות קיצונית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עקשנות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וותרנות קיצונית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פגיעה באחרים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מידה טובה (למשל סבלנות, נדיבות או אומץ) וכתבו מה קורה כשיש ממנה מעט מדי, ומה קורה כשיש ממנה יותר מדי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יש מידה אצלכם שלדעתכם צריכה 'עוד קצת מלח' (יותר ממנה) או 'פחות מלח' (פחות ממנה)?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אי אפשר פשוט לומר 'כמה שיותר נתינה - יותר טוב'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כשיש יותר מדי ממידה טובה, גם אם היא מידה טובה מאוד?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למידה שהפכה לבעייתית בגלל הגזמה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שביל הזהב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שביל הזהב ומשל המלח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