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שביל הזהב ומשל המלח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רעיון המידה הבינונית - שביל הזהב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שגם מידה טובה יכולה להזיק בהגזמה או במיעוט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מידות שיצאו משביל האמצע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המשל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אי אפשר לאכול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במידה הנכונה, לא בקיצוניות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שביל הזהב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התמדה שהפכה מוגזמת ולא יודעת לעצור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נתינה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כמו המלח שבכמות גדולה מקלקל את התבשיל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ההיפך - מעט מלח דרוש וטוב, רק לא יותר מדי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שביל הזהב הוא האמצע, לא הקצה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עולה מהשאלות לדיון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יש מידות שצריך הרבה מהן ויש שצריך מעט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מלח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זהב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גזימה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מידה לקצה המוגזם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(עקשנות)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(בזבזנות)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(קמצנות)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(פגיעה באחרים)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(אובדן עמדה עצמית)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חשיבה ודיון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 יבחר מידה ויתאר שני קצוות - חוסר וגם הגזמה, ויזהה את האמצע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ברוח הדף, אין תשובה אחת נכונה, חשוב שהתלמיד ינמק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כי הגזמה בנתינה יכולה להפוך לבזבזנות או לפגיעה בעצמי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מבין שגם מידה טובה יכולה להזיק בהגזמה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הגיונית כמו עקשנות מהתמדה או בזבזנות מנתינה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שמדובר בדרך האמצעית, לא בקיצוניות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בהדגמה קצרה עם מלח אמיתי או סיפור על תבשיל מלוח מדי כדי לחבר רגשית לרעיון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את התלמידים לחשוב על דוגמאות אישיות משלהם ולא רק מהדף, אך לא לחייב שיתוף בפומבי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לסיים בדיון פתוח בכיתה על השאלות שבחלק הדיון בדף המקורי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שביל הזהב ומשל המלח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לומדים על משל המלח - איך מידה חסרה או מידה מוגזמת יכולה לקלקל, בדיוק כמו מלח בתבשיל. לומדים גם על שביל הזהב - הדרך האמצעית שבה צריך להשתמש במידות שלנו.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המשל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קורה לתבשיל אם שמים בו יותר מדי מלח?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נעשה טעים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 אפשר לאכול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נעשה מתוק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כלום לא קורה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לפי המשל, מה הדרך הנכונה להשתמש במידות?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תמיד הכי הרבה שאפשר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תמיד הכי מעט שאפשר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במידה הנכונה, לא בקיצוניות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להימנע מהן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נקראת הדרך האמצעית שבין שני הקצוות?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שביל המלח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שביל הזהב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דרך הקיצון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דרך האמת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מהי 'עקשנות' לפי הדף?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מידה טובה שתמיד עוזרת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התמדה שהפכה מוגזמת ולא יודעת לעצור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סוג של נתינה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הפך מהתמדה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מידה הוצגה כדוגמה למידה 'במידה הנכונה'?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נתינה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עקשנות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קמצנות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בזבזנות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המשל, גם מידה טובה יכולה להזיק אם משתמשים בה יותר מדי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הדף אומר שאסור להשתמש במלח בכלל בתבשיל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שביל הזהב הוא הקצה הקיצוני ביותר של מידה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יכול להיות נדיב מדי עד שזה הופך לבעיה, למשל בזבזנות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הדף, כל מידה דורשת כמות שונה של שימוש, לא כמות אחידה לכולן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אם ירבה __________ - לא יהיה נאכל מחמת מלחו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הדרך הנכונה נקראת שביל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המידה הבינונית היא לא קצה אחד ולא הקצה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עקשנות היא התמדה שלא יודעת לעצור או ל__________ כיוון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במשחק 'מי הגזים', צריך למצוא מידה טובה שה__________ בשימוש בה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מידה לקצה המוגזם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התמדה מוגזמת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קמצנות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נתינה מוגזמת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אובדן עמדה עצמית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חוסר נתינה בכלל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עקשנות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ביקורתיות קיצונית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בזבזנות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וותרנות קיצונית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פגיעה באחרים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חשיבה ודיון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מידה טובה (למשל סבלנות, נדיבות או אומץ) וכתבו מה קורה כשיש ממנה מעט מדי, ומה קורה כשיש ממנה יותר מדי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האם יש מידה אצלכם שלדעתכם צריכה 'עוד קצת מלח' (יותר ממנה) או 'פחות מלח' (פחות ממנה)? נמקו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במילים שלכם למה אי אפשר פשוט לומר 'כמה שיותר נתינה - יותר טוב'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קורה כשיש יותר מדי ממידה טובה, גם אם היא מידה טובה מאוד?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למידה שהפכה לבעייתית בגלל הגזמה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שביל הזהב במילה אחת או שתיים?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שביל הזהב ומשל המלח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